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00169" w14:textId="1EC2EDDE" w:rsidR="00E53EBC" w:rsidRDefault="00E53EBC">
      <w:pPr>
        <w:spacing w:after="80"/>
        <w:jc w:val="center"/>
      </w:pPr>
    </w:p>
    <w:p w14:paraId="3B82E63F" w14:textId="77777777" w:rsidR="00E53EBC" w:rsidRDefault="006F3648">
      <w:pPr>
        <w:spacing w:after="360"/>
        <w:jc w:val="center"/>
      </w:pPr>
      <w:r>
        <w:rPr>
          <w:b/>
          <w:color w:val="1B365D"/>
          <w:sz w:val="44"/>
        </w:rPr>
        <w:t>Fee Structure &amp; School Uniform Policy</w:t>
      </w:r>
    </w:p>
    <w:p w14:paraId="27C7E0B5" w14:textId="77777777" w:rsidR="00E53EBC" w:rsidRDefault="006F3648">
      <w:pPr>
        <w:spacing w:before="240" w:after="160"/>
      </w:pPr>
      <w:r>
        <w:rPr>
          <w:b/>
          <w:color w:val="1B365D"/>
          <w:sz w:val="28"/>
        </w:rPr>
        <w:t>1. Fee Structure &amp; Provision</w:t>
      </w:r>
    </w:p>
    <w:tbl>
      <w:tblPr>
        <w:tblW w:w="0" w:type="auto"/>
        <w:jc w:val="center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E53EBC" w14:paraId="6E1659C5" w14:textId="77777777">
        <w:trPr>
          <w:cantSplit/>
          <w:jc w:val="center"/>
        </w:trPr>
        <w:tc>
          <w:tcPr>
            <w:tcW w:w="3168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A044B82" w14:textId="77777777" w:rsidR="00E53EBC" w:rsidRDefault="006F3648">
            <w:pPr>
              <w:spacing w:after="0"/>
            </w:pPr>
            <w:r>
              <w:rPr>
                <w:b/>
                <w:color w:val="1B365D"/>
              </w:rPr>
              <w:t>Annual Development Charges</w:t>
            </w:r>
          </w:p>
        </w:tc>
        <w:tc>
          <w:tcPr>
            <w:tcW w:w="6192" w:type="dxa"/>
            <w:shd w:val="clear" w:color="auto" w:fill="F4F6F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1D18634" w14:textId="77777777" w:rsidR="00E53EBC" w:rsidRDefault="006F3648">
            <w:pPr>
              <w:spacing w:after="0"/>
            </w:pPr>
            <w:r>
              <w:t>₹300/- per month</w:t>
            </w:r>
          </w:p>
        </w:tc>
      </w:tr>
      <w:tr w:rsidR="00E53EBC" w14:paraId="17656451" w14:textId="77777777">
        <w:trPr>
          <w:cantSplit/>
          <w:jc w:val="center"/>
        </w:trPr>
        <w:tc>
          <w:tcPr>
            <w:tcW w:w="3168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7ED572" w14:textId="77777777" w:rsidR="00E53EBC" w:rsidRDefault="006F3648">
            <w:pPr>
              <w:spacing w:after="0"/>
            </w:pPr>
            <w:r>
              <w:rPr>
                <w:b/>
                <w:color w:val="1B365D"/>
              </w:rPr>
              <w:t>Uniform Provision</w:t>
            </w:r>
          </w:p>
        </w:tc>
        <w:tc>
          <w:tcPr>
            <w:tcW w:w="6192" w:type="dxa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CF726C" w14:textId="77777777" w:rsidR="00E53EBC" w:rsidRDefault="006F3648">
            <w:pPr>
              <w:spacing w:after="0"/>
            </w:pPr>
            <w:r>
              <w:t>Two (2) complete sets of school uniform are provided free of cost to each student.</w:t>
            </w:r>
          </w:p>
        </w:tc>
      </w:tr>
    </w:tbl>
    <w:p w14:paraId="27C62B0E" w14:textId="77777777" w:rsidR="00E53EBC" w:rsidRDefault="006F3648">
      <w:pPr>
        <w:spacing w:before="400" w:after="240"/>
      </w:pPr>
      <w:r>
        <w:rPr>
          <w:b/>
          <w:color w:val="1B365D"/>
          <w:sz w:val="28"/>
        </w:rPr>
        <w:t>Uniform Guidelines Overview</w:t>
      </w:r>
    </w:p>
    <w:p w14:paraId="786E7154" w14:textId="77777777" w:rsidR="00E53EBC" w:rsidRDefault="006F3648">
      <w:pPr>
        <w:spacing w:after="280"/>
      </w:pPr>
      <w:r>
        <w:t>The prescribed school uniform has been designed to promote discipline, equality, identity, and a strong sense of belonging among all students. Adherence to the uniform policy is mandatory for all enrolled pupils.</w:t>
      </w:r>
    </w:p>
    <w:p w14:paraId="3FFE9B07" w14:textId="77777777" w:rsidR="00E53EBC" w:rsidRDefault="006F3648">
      <w:pPr>
        <w:spacing w:before="200" w:after="160"/>
      </w:pPr>
      <w:r>
        <w:rPr>
          <w:b/>
          <w:color w:val="1B365D"/>
          <w:sz w:val="28"/>
        </w:rPr>
        <w:t>2. Uniform Specifications by Grade Level</w:t>
      </w:r>
    </w:p>
    <w:tbl>
      <w:tblPr>
        <w:tblW w:w="5442" w:type="dxa"/>
        <w:jc w:val="center"/>
        <w:tblBorders>
          <w:top w:val="single" w:sz="4" w:space="0" w:color="D0D7DE"/>
          <w:bottom w:val="single" w:sz="4" w:space="0" w:color="D0D7DE"/>
          <w:insideH w:val="single" w:sz="4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1408"/>
        <w:gridCol w:w="1408"/>
        <w:gridCol w:w="1408"/>
      </w:tblGrid>
      <w:tr w:rsidR="00E53EBC" w14:paraId="53AF2C92" w14:textId="77777777" w:rsidTr="007A4E7C">
        <w:trPr>
          <w:tblHeader/>
          <w:jc w:val="center"/>
        </w:trPr>
        <w:tc>
          <w:tcPr>
            <w:tcW w:w="1218" w:type="dxa"/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258E2A98" w14:textId="77777777" w:rsidR="00E53EBC" w:rsidRDefault="006F3648">
            <w:pPr>
              <w:spacing w:after="0"/>
            </w:pPr>
            <w:r>
              <w:rPr>
                <w:b/>
                <w:color w:val="FFFFFF"/>
                <w:sz w:val="20"/>
              </w:rPr>
              <w:t>Item / Component</w:t>
            </w:r>
          </w:p>
        </w:tc>
        <w:tc>
          <w:tcPr>
            <w:tcW w:w="1408" w:type="dxa"/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5A04D4E5" w14:textId="77777777" w:rsidR="00E53EBC" w:rsidRDefault="006F3648">
            <w:pPr>
              <w:spacing w:after="0"/>
            </w:pPr>
            <w:r>
              <w:rPr>
                <w:b/>
                <w:color w:val="FFFFFF"/>
                <w:sz w:val="20"/>
              </w:rPr>
              <w:t>Classes I–V</w:t>
            </w:r>
          </w:p>
        </w:tc>
        <w:tc>
          <w:tcPr>
            <w:tcW w:w="1408" w:type="dxa"/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06684091" w14:textId="77777777" w:rsidR="00E53EBC" w:rsidRDefault="006F3648">
            <w:pPr>
              <w:spacing w:after="0"/>
            </w:pPr>
            <w:r>
              <w:rPr>
                <w:b/>
                <w:color w:val="FFFFFF"/>
                <w:sz w:val="20"/>
              </w:rPr>
              <w:t>Classes VI–VIII</w:t>
            </w:r>
          </w:p>
        </w:tc>
        <w:tc>
          <w:tcPr>
            <w:tcW w:w="1408" w:type="dxa"/>
            <w:shd w:val="clear" w:color="auto" w:fill="1B365D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6881B950" w14:textId="0F517855" w:rsidR="00E53EBC" w:rsidRDefault="006F3648">
            <w:pPr>
              <w:spacing w:after="0"/>
            </w:pPr>
            <w:r>
              <w:rPr>
                <w:b/>
                <w:color w:val="FFFFFF"/>
                <w:sz w:val="20"/>
              </w:rPr>
              <w:t>Classes IX–XII</w:t>
            </w:r>
          </w:p>
        </w:tc>
      </w:tr>
      <w:tr w:rsidR="00E53EBC" w14:paraId="4B4047AC" w14:textId="77777777" w:rsidTr="007A4E7C">
        <w:trPr>
          <w:cantSplit/>
          <w:jc w:val="center"/>
        </w:trPr>
        <w:tc>
          <w:tcPr>
            <w:tcW w:w="121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4DB635" w14:textId="77777777" w:rsidR="00E53EBC" w:rsidRDefault="006F3648">
            <w:pPr>
              <w:spacing w:after="0"/>
            </w:pPr>
            <w:r>
              <w:rPr>
                <w:b/>
                <w:color w:val="1B365D"/>
                <w:sz w:val="19"/>
              </w:rPr>
              <w:t>Shirt / Kameez</w:t>
            </w: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53C892" w14:textId="77777777" w:rsidR="00E53EBC" w:rsidRDefault="006F3648">
            <w:pPr>
              <w:spacing w:after="0"/>
            </w:pPr>
            <w:r>
              <w:rPr>
                <w:sz w:val="19"/>
              </w:rPr>
              <w:t>• Option 1 (4 Days): Shirt with emblem strip (Blue, Red, White)</w:t>
            </w:r>
          </w:p>
          <w:p w14:paraId="7B428784" w14:textId="77777777" w:rsidR="00E53EBC" w:rsidRDefault="006F3648">
            <w:pPr>
              <w:spacing w:after="0"/>
            </w:pPr>
            <w:r>
              <w:rPr>
                <w:sz w:val="19"/>
              </w:rPr>
              <w:t>• Option 2 (Wed &amp; Sat): Orange T-shirt</w:t>
            </w: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55DB19" w14:textId="77777777" w:rsidR="00E53EBC" w:rsidRDefault="006F3648">
            <w:pPr>
              <w:spacing w:after="0"/>
            </w:pPr>
            <w:r>
              <w:rPr>
                <w:sz w:val="19"/>
              </w:rPr>
              <w:t>• Option 1 (4 Days): Shirt/Kameez with emblem strip (Blue, Red, White)</w:t>
            </w:r>
          </w:p>
          <w:p w14:paraId="72C32991" w14:textId="77777777" w:rsidR="00E53EBC" w:rsidRDefault="006F3648">
            <w:pPr>
              <w:spacing w:after="0"/>
            </w:pPr>
            <w:r>
              <w:rPr>
                <w:sz w:val="19"/>
              </w:rPr>
              <w:t>• Option 2 (Wed &amp; Sat): Orange T-shirt</w:t>
            </w: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1E9790" w14:textId="77777777" w:rsidR="00E53EBC" w:rsidRDefault="006F3648">
            <w:pPr>
              <w:spacing w:after="0"/>
            </w:pPr>
            <w:r>
              <w:rPr>
                <w:sz w:val="19"/>
              </w:rPr>
              <w:t>• Option 1 (4 Days): Shirt/Kameez with emblem strip (Pink &amp; White) + Grey Dupatta (where applicable)</w:t>
            </w:r>
          </w:p>
          <w:p w14:paraId="64A93AC3" w14:textId="77777777" w:rsidR="00E53EBC" w:rsidRDefault="006F3648">
            <w:pPr>
              <w:spacing w:after="0"/>
            </w:pPr>
            <w:r>
              <w:rPr>
                <w:sz w:val="19"/>
              </w:rPr>
              <w:t>• Option 2 (Wed &amp; Sat): Light Yellow T-shirt/Kameez</w:t>
            </w:r>
          </w:p>
        </w:tc>
      </w:tr>
      <w:tr w:rsidR="00E53EBC" w14:paraId="517DBF66" w14:textId="77777777" w:rsidTr="007A4E7C">
        <w:trPr>
          <w:cantSplit/>
          <w:jc w:val="center"/>
        </w:trPr>
        <w:tc>
          <w:tcPr>
            <w:tcW w:w="121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0A5C7C" w14:textId="77777777" w:rsidR="00E53EBC" w:rsidRDefault="006F3648">
            <w:pPr>
              <w:spacing w:after="0"/>
            </w:pPr>
            <w:r>
              <w:rPr>
                <w:b/>
                <w:color w:val="1B365D"/>
                <w:sz w:val="19"/>
              </w:rPr>
              <w:t>Tie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8AFA6F" w14:textId="77777777" w:rsidR="00E53EBC" w:rsidRDefault="006F3648">
            <w:pPr>
              <w:spacing w:after="0"/>
            </w:pPr>
            <w:r>
              <w:rPr>
                <w:sz w:val="19"/>
              </w:rPr>
              <w:t>Dark green with yellow stripes (worn on 4 weekdays)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B631B1" w14:textId="77777777" w:rsidR="00E53EBC" w:rsidRDefault="006F3648">
            <w:pPr>
              <w:spacing w:after="0"/>
            </w:pPr>
            <w:r>
              <w:rPr>
                <w:sz w:val="19"/>
              </w:rPr>
              <w:t>Dark green with yellow stripes (worn on 4 weekdays)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9D2413" w14:textId="77777777" w:rsidR="00E53EBC" w:rsidRDefault="006F3648">
            <w:pPr>
              <w:spacing w:after="0"/>
            </w:pPr>
            <w:r>
              <w:rPr>
                <w:sz w:val="19"/>
              </w:rPr>
              <w:t>Dark green with yellow stripes (worn on 4 weekdays)</w:t>
            </w:r>
          </w:p>
        </w:tc>
      </w:tr>
      <w:tr w:rsidR="00E53EBC" w14:paraId="48BEDE12" w14:textId="77777777" w:rsidTr="007A4E7C">
        <w:trPr>
          <w:cantSplit/>
          <w:jc w:val="center"/>
        </w:trPr>
        <w:tc>
          <w:tcPr>
            <w:tcW w:w="121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24855E" w14:textId="77777777" w:rsidR="00E53EBC" w:rsidRDefault="006F3648">
            <w:pPr>
              <w:spacing w:after="0"/>
            </w:pPr>
            <w:r>
              <w:rPr>
                <w:b/>
                <w:color w:val="1B365D"/>
                <w:sz w:val="19"/>
              </w:rPr>
              <w:lastRenderedPageBreak/>
              <w:t>Bottom Wear</w:t>
            </w: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1D54C4" w14:textId="77777777" w:rsidR="00E53EBC" w:rsidRDefault="006F3648">
            <w:pPr>
              <w:spacing w:after="0"/>
            </w:pPr>
            <w:r>
              <w:rPr>
                <w:sz w:val="19"/>
              </w:rPr>
              <w:t>Dark grey shorts (summer), trousers (winter), or skirts</w:t>
            </w: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49D971" w14:textId="77777777" w:rsidR="00E53EBC" w:rsidRDefault="006F3648">
            <w:pPr>
              <w:spacing w:after="0"/>
            </w:pPr>
            <w:r>
              <w:rPr>
                <w:sz w:val="19"/>
              </w:rPr>
              <w:t>Dark grey trousers or skirts</w:t>
            </w: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278FA7" w14:textId="77777777" w:rsidR="00E53EBC" w:rsidRDefault="006F3648">
            <w:pPr>
              <w:spacing w:after="0"/>
            </w:pPr>
            <w:r>
              <w:rPr>
                <w:sz w:val="19"/>
              </w:rPr>
              <w:t>Grey trousers or salwar</w:t>
            </w:r>
          </w:p>
        </w:tc>
      </w:tr>
      <w:tr w:rsidR="00E53EBC" w14:paraId="7E081629" w14:textId="77777777" w:rsidTr="007A4E7C">
        <w:trPr>
          <w:cantSplit/>
          <w:jc w:val="center"/>
        </w:trPr>
        <w:tc>
          <w:tcPr>
            <w:tcW w:w="121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5A41A9" w14:textId="77777777" w:rsidR="00E53EBC" w:rsidRDefault="006F3648">
            <w:pPr>
              <w:spacing w:after="0"/>
            </w:pPr>
            <w:r>
              <w:rPr>
                <w:b/>
                <w:color w:val="1B365D"/>
                <w:sz w:val="19"/>
              </w:rPr>
              <w:t>Belt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95EA86" w14:textId="77777777" w:rsidR="00E53EBC" w:rsidRDefault="006F3648">
            <w:pPr>
              <w:spacing w:after="0"/>
            </w:pPr>
            <w:r>
              <w:rPr>
                <w:sz w:val="19"/>
              </w:rPr>
              <w:t>Green with yellow stripes; buckle embossed with school badge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5319BB" w14:textId="77777777" w:rsidR="00E53EBC" w:rsidRDefault="006F3648">
            <w:pPr>
              <w:spacing w:after="0"/>
            </w:pPr>
            <w:r>
              <w:rPr>
                <w:sz w:val="19"/>
              </w:rPr>
              <w:t>Green with yellow stripes; buckle embossed with school badge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0EE8DC" w14:textId="77777777" w:rsidR="00E53EBC" w:rsidRDefault="006F3648">
            <w:pPr>
              <w:spacing w:after="0"/>
            </w:pPr>
            <w:r>
              <w:rPr>
                <w:sz w:val="19"/>
              </w:rPr>
              <w:t>Green with yellow stripes; buckle embossed with school badge</w:t>
            </w:r>
          </w:p>
        </w:tc>
      </w:tr>
      <w:tr w:rsidR="00E06CB5" w14:paraId="074249A4" w14:textId="77777777" w:rsidTr="007A4E7C">
        <w:trPr>
          <w:cantSplit/>
          <w:jc w:val="center"/>
        </w:trPr>
        <w:tc>
          <w:tcPr>
            <w:tcW w:w="121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4725B9" w14:textId="77777777" w:rsidR="00E06CB5" w:rsidRDefault="00E06CB5">
            <w:pPr>
              <w:spacing w:after="0"/>
            </w:pPr>
            <w:r>
              <w:rPr>
                <w:b/>
                <w:color w:val="1B365D"/>
                <w:sz w:val="19"/>
              </w:rPr>
              <w:t>Footwear &amp; Socks</w:t>
            </w: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7EE33B" w14:textId="0B1DF0E2" w:rsidR="00E06CB5" w:rsidRDefault="00E06CB5">
            <w:pPr>
              <w:spacing w:after="0"/>
              <w:rPr>
                <w:sz w:val="19"/>
              </w:rPr>
            </w:pPr>
            <w:r>
              <w:rPr>
                <w:sz w:val="19"/>
              </w:rPr>
              <w:t>• Shoes: Black (4 weekdays)</w:t>
            </w:r>
          </w:p>
          <w:p w14:paraId="472B949F" w14:textId="1DD9EF58" w:rsidR="00E06CB5" w:rsidRDefault="00E06CB5">
            <w:pPr>
              <w:spacing w:after="0"/>
            </w:pPr>
            <w:r>
              <w:rPr>
                <w:sz w:val="19"/>
              </w:rPr>
              <w:t>White (Wed &amp; Sat )</w:t>
            </w:r>
          </w:p>
          <w:p w14:paraId="3F0518E2" w14:textId="1E733773" w:rsidR="00E06CB5" w:rsidRPr="00E06CB5" w:rsidRDefault="00E06CB5">
            <w:pPr>
              <w:spacing w:after="0"/>
              <w:rPr>
                <w:sz w:val="19"/>
              </w:rPr>
            </w:pPr>
            <w:r>
              <w:rPr>
                <w:sz w:val="19"/>
              </w:rPr>
              <w:t>• Socks: Grey (4 weekdays)</w:t>
            </w:r>
          </w:p>
          <w:p w14:paraId="170B78DD" w14:textId="77777777" w:rsidR="00E06CB5" w:rsidRDefault="00E06CB5">
            <w:pPr>
              <w:spacing w:after="0"/>
            </w:pPr>
            <w:r>
              <w:t>White (Wed &amp; Sat )</w:t>
            </w:r>
          </w:p>
          <w:p w14:paraId="7600F991" w14:textId="77777777" w:rsidR="00E06CB5" w:rsidRDefault="00E06CB5">
            <w:pPr>
              <w:spacing w:after="0"/>
            </w:pPr>
          </w:p>
          <w:p w14:paraId="61E00AAD" w14:textId="41986F6B" w:rsidR="00E06CB5" w:rsidRDefault="00E06CB5">
            <w:pPr>
              <w:spacing w:after="0"/>
            </w:pP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70600F" w14:textId="77777777" w:rsidR="00E06CB5" w:rsidRDefault="00E06CB5" w:rsidP="00BF7164">
            <w:pPr>
              <w:spacing w:after="0"/>
              <w:rPr>
                <w:sz w:val="19"/>
              </w:rPr>
            </w:pPr>
            <w:r>
              <w:rPr>
                <w:sz w:val="19"/>
              </w:rPr>
              <w:t>• Shoes: Black (4 weekdays)</w:t>
            </w:r>
          </w:p>
          <w:p w14:paraId="3621E595" w14:textId="77777777" w:rsidR="00E06CB5" w:rsidRDefault="00E06CB5" w:rsidP="00BF7164">
            <w:pPr>
              <w:spacing w:after="0"/>
            </w:pPr>
            <w:r>
              <w:rPr>
                <w:sz w:val="19"/>
              </w:rPr>
              <w:t>White (Wed &amp; Sat )</w:t>
            </w:r>
          </w:p>
          <w:p w14:paraId="4D715F91" w14:textId="77777777" w:rsidR="00E06CB5" w:rsidRPr="00E06CB5" w:rsidRDefault="00E06CB5" w:rsidP="00BF7164">
            <w:pPr>
              <w:spacing w:after="0"/>
              <w:rPr>
                <w:sz w:val="19"/>
              </w:rPr>
            </w:pPr>
            <w:r>
              <w:rPr>
                <w:sz w:val="19"/>
              </w:rPr>
              <w:t>• Socks: Grey (4 weekdays)</w:t>
            </w:r>
          </w:p>
          <w:p w14:paraId="116C20BC" w14:textId="77777777" w:rsidR="00E06CB5" w:rsidRDefault="00E06CB5" w:rsidP="00BF7164">
            <w:pPr>
              <w:spacing w:after="0"/>
            </w:pPr>
            <w:r>
              <w:t>White (Wed &amp; Sat )</w:t>
            </w:r>
          </w:p>
          <w:p w14:paraId="7C3084B7" w14:textId="77777777" w:rsidR="00E06CB5" w:rsidRDefault="00E06CB5" w:rsidP="00BF7164">
            <w:pPr>
              <w:spacing w:after="0"/>
            </w:pPr>
          </w:p>
          <w:p w14:paraId="70247705" w14:textId="0F1ADBD6" w:rsidR="00E06CB5" w:rsidRDefault="00E06CB5">
            <w:pPr>
              <w:spacing w:after="0"/>
            </w:pPr>
          </w:p>
        </w:tc>
        <w:tc>
          <w:tcPr>
            <w:tcW w:w="140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1F5A1E" w14:textId="77777777" w:rsidR="00E06CB5" w:rsidRDefault="00E06CB5" w:rsidP="00BF7164">
            <w:pPr>
              <w:spacing w:after="0"/>
              <w:rPr>
                <w:sz w:val="19"/>
              </w:rPr>
            </w:pPr>
            <w:r>
              <w:rPr>
                <w:sz w:val="19"/>
              </w:rPr>
              <w:t>• Shoes: Black (4 weekdays)</w:t>
            </w:r>
          </w:p>
          <w:p w14:paraId="18D117ED" w14:textId="77777777" w:rsidR="00E06CB5" w:rsidRDefault="00E06CB5" w:rsidP="00BF7164">
            <w:pPr>
              <w:spacing w:after="0"/>
            </w:pPr>
            <w:r>
              <w:rPr>
                <w:sz w:val="19"/>
              </w:rPr>
              <w:t>White (Wed &amp; Sat )</w:t>
            </w:r>
          </w:p>
          <w:p w14:paraId="288FAF93" w14:textId="77777777" w:rsidR="00E06CB5" w:rsidRPr="00E06CB5" w:rsidRDefault="00E06CB5" w:rsidP="00BF7164">
            <w:pPr>
              <w:spacing w:after="0"/>
              <w:rPr>
                <w:sz w:val="19"/>
              </w:rPr>
            </w:pPr>
            <w:r>
              <w:rPr>
                <w:sz w:val="19"/>
              </w:rPr>
              <w:t>• Socks: Grey (4 weekdays)</w:t>
            </w:r>
          </w:p>
          <w:p w14:paraId="2B4F5107" w14:textId="77777777" w:rsidR="00E06CB5" w:rsidRDefault="00E06CB5" w:rsidP="00BF7164">
            <w:pPr>
              <w:spacing w:after="0"/>
            </w:pPr>
            <w:r>
              <w:t>White (Wed &amp; Sat )</w:t>
            </w:r>
          </w:p>
          <w:p w14:paraId="1CE43CFB" w14:textId="77777777" w:rsidR="00E06CB5" w:rsidRDefault="00E06CB5" w:rsidP="00BF7164">
            <w:pPr>
              <w:spacing w:after="0"/>
            </w:pPr>
          </w:p>
          <w:p w14:paraId="3A1D0B2B" w14:textId="6C605810" w:rsidR="00E06CB5" w:rsidRDefault="00E06CB5">
            <w:pPr>
              <w:spacing w:after="0"/>
            </w:pPr>
          </w:p>
        </w:tc>
      </w:tr>
      <w:tr w:rsidR="00E53EBC" w14:paraId="3A38AC47" w14:textId="77777777" w:rsidTr="007A4E7C">
        <w:trPr>
          <w:cantSplit/>
          <w:jc w:val="center"/>
        </w:trPr>
        <w:tc>
          <w:tcPr>
            <w:tcW w:w="121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0FC3F7" w14:textId="77777777" w:rsidR="00E53EBC" w:rsidRDefault="006F3648">
            <w:pPr>
              <w:spacing w:after="0"/>
            </w:pPr>
            <w:r>
              <w:rPr>
                <w:b/>
                <w:color w:val="1B365D"/>
                <w:sz w:val="19"/>
              </w:rPr>
              <w:t>Winter Wear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DD94BA" w14:textId="61BD0693" w:rsidR="00E53EBC" w:rsidRDefault="006F3648">
            <w:pPr>
              <w:spacing w:after="0"/>
            </w:pPr>
            <w:r>
              <w:rPr>
                <w:sz w:val="19"/>
              </w:rPr>
              <w:t xml:space="preserve">Dark green sweater/blazer 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9F6DAE" w14:textId="52112CDA" w:rsidR="00E53EBC" w:rsidRDefault="006F3648">
            <w:pPr>
              <w:spacing w:after="0"/>
            </w:pPr>
            <w:r>
              <w:rPr>
                <w:sz w:val="19"/>
              </w:rPr>
              <w:t xml:space="preserve">Dark green sweater/blazer </w:t>
            </w:r>
          </w:p>
        </w:tc>
        <w:tc>
          <w:tcPr>
            <w:tcW w:w="1408" w:type="dxa"/>
            <w:shd w:val="clear" w:color="auto" w:fill="F8F9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3F51FA" w14:textId="6C74B675" w:rsidR="00E53EBC" w:rsidRDefault="006F3648">
            <w:pPr>
              <w:spacing w:after="0"/>
            </w:pPr>
            <w:r>
              <w:rPr>
                <w:sz w:val="19"/>
              </w:rPr>
              <w:t>Dark green sweater/blazer</w:t>
            </w:r>
          </w:p>
        </w:tc>
      </w:tr>
    </w:tbl>
    <w:p w14:paraId="5340F9E7" w14:textId="77777777" w:rsidR="00E53EBC" w:rsidRDefault="006F3648">
      <w:pPr>
        <w:spacing w:before="400" w:after="80"/>
      </w:pPr>
      <w:r>
        <w:rPr>
          <w:b/>
          <w:color w:val="8B0000"/>
          <w:sz w:val="20"/>
        </w:rPr>
        <w:t>Important Notes for Parents &amp; Students:</w:t>
      </w:r>
    </w:p>
    <w:p w14:paraId="7EBFEDBA" w14:textId="77777777" w:rsidR="00E53EBC" w:rsidRDefault="006F3648">
      <w:pPr>
        <w:pStyle w:val="ListBullet"/>
        <w:spacing w:after="60"/>
      </w:pPr>
      <w:r>
        <w:rPr>
          <w:color w:val="555555"/>
          <w:sz w:val="19"/>
        </w:rPr>
        <w:t>Uniform sets provided by the school must be maintained neatly and kept clean at all times.</w:t>
      </w:r>
    </w:p>
    <w:p w14:paraId="240FFE78" w14:textId="77777777" w:rsidR="00E53EBC" w:rsidRDefault="006F3648">
      <w:pPr>
        <w:pStyle w:val="ListBullet"/>
        <w:spacing w:after="60"/>
      </w:pPr>
      <w:r>
        <w:rPr>
          <w:color w:val="555555"/>
          <w:sz w:val="19"/>
        </w:rPr>
        <w:t>Black shoes must be kept polished. Canvas shoes or non-prescribed footwear are not permitted.</w:t>
      </w:r>
    </w:p>
    <w:sectPr w:rsidR="00E53EB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0147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5639051">
    <w:abstractNumId w:val="8"/>
  </w:num>
  <w:num w:numId="2" w16cid:durableId="1746415407">
    <w:abstractNumId w:val="6"/>
  </w:num>
  <w:num w:numId="3" w16cid:durableId="18623483">
    <w:abstractNumId w:val="5"/>
  </w:num>
  <w:num w:numId="4" w16cid:durableId="371031182">
    <w:abstractNumId w:val="4"/>
  </w:num>
  <w:num w:numId="5" w16cid:durableId="2118522492">
    <w:abstractNumId w:val="7"/>
  </w:num>
  <w:num w:numId="6" w16cid:durableId="739057968">
    <w:abstractNumId w:val="3"/>
  </w:num>
  <w:num w:numId="7" w16cid:durableId="1783256463">
    <w:abstractNumId w:val="2"/>
  </w:num>
  <w:num w:numId="8" w16cid:durableId="1113554021">
    <w:abstractNumId w:val="1"/>
  </w:num>
  <w:num w:numId="9" w16cid:durableId="560794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08F2"/>
    <w:rsid w:val="0015074B"/>
    <w:rsid w:val="0029639D"/>
    <w:rsid w:val="00311A3A"/>
    <w:rsid w:val="00326F90"/>
    <w:rsid w:val="004B26D9"/>
    <w:rsid w:val="006F3648"/>
    <w:rsid w:val="00742111"/>
    <w:rsid w:val="007A4E7C"/>
    <w:rsid w:val="00AA1D8D"/>
    <w:rsid w:val="00B47730"/>
    <w:rsid w:val="00CB0664"/>
    <w:rsid w:val="00CD202D"/>
    <w:rsid w:val="00D53DC6"/>
    <w:rsid w:val="00DC564A"/>
    <w:rsid w:val="00E06CB5"/>
    <w:rsid w:val="00E53EBC"/>
    <w:rsid w:val="00EC41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630567"/>
  <w14:defaultImageDpi w14:val="300"/>
  <w15:docId w15:val="{B6506ED7-0B18-3846-90FA-E257A2281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Swagata Paul</cp:lastModifiedBy>
  <cp:revision>2</cp:revision>
  <dcterms:created xsi:type="dcterms:W3CDTF">2026-09-16T15:50:00Z</dcterms:created>
  <dcterms:modified xsi:type="dcterms:W3CDTF">2026-09-16T15:50:00Z</dcterms:modified>
  <cp:category/>
</cp:coreProperties>
</file>