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E110A" w14:textId="5F918E45" w:rsidR="00990E0C" w:rsidRDefault="00A510CE" w:rsidP="00A510CE">
      <w:pPr>
        <w:jc w:val="center"/>
      </w:pPr>
      <w:r>
        <w:rPr>
          <w:rFonts w:ascii="Arial" w:hAnsi="Arial"/>
          <w:b/>
          <w:color w:val="283593"/>
          <w:sz w:val="32"/>
        </w:rPr>
        <w:t xml:space="preserve">STUDENT </w:t>
      </w:r>
      <w:r w:rsidR="00553630">
        <w:rPr>
          <w:rFonts w:ascii="Arial" w:hAnsi="Arial"/>
          <w:b/>
          <w:color w:val="283593"/>
          <w:sz w:val="32"/>
        </w:rPr>
        <w:t>ENROLLMENT</w:t>
      </w:r>
    </w:p>
    <w:tbl>
      <w:tblPr>
        <w:tblW w:w="4019" w:type="dxa"/>
        <w:jc w:val="center"/>
        <w:tblLook w:val="04A0" w:firstRow="1" w:lastRow="0" w:firstColumn="1" w:lastColumn="0" w:noHBand="0" w:noVBand="1"/>
      </w:tblPr>
      <w:tblGrid>
        <w:gridCol w:w="827"/>
        <w:gridCol w:w="1006"/>
        <w:gridCol w:w="1006"/>
        <w:gridCol w:w="1187"/>
      </w:tblGrid>
      <w:tr w:rsidR="00553630" w14:paraId="0F6488AA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2C3E50"/>
              <w:left w:val="single" w:sz="4" w:space="0" w:color="2C3E50"/>
              <w:bottom w:val="single" w:sz="4" w:space="0" w:color="2C3E50"/>
              <w:right w:val="single" w:sz="4" w:space="0" w:color="2C3E50"/>
            </w:tcBorders>
            <w:shd w:val="clear" w:color="auto" w:fill="3F51B5"/>
            <w:vAlign w:val="center"/>
          </w:tcPr>
          <w:p w14:paraId="41A0637C" w14:textId="77777777" w:rsidR="00553630" w:rsidRDefault="00553630" w:rsidP="00A510CE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CLASS</w:t>
            </w:r>
          </w:p>
        </w:tc>
        <w:tc>
          <w:tcPr>
            <w:tcW w:w="1005" w:type="dxa"/>
            <w:tcBorders>
              <w:top w:val="single" w:sz="4" w:space="0" w:color="2C3E50"/>
              <w:left w:val="single" w:sz="4" w:space="0" w:color="2C3E50"/>
              <w:bottom w:val="single" w:sz="4" w:space="0" w:color="2C3E50"/>
              <w:right w:val="single" w:sz="4" w:space="0" w:color="2C3E50"/>
            </w:tcBorders>
            <w:shd w:val="clear" w:color="auto" w:fill="3F51B5"/>
            <w:vAlign w:val="center"/>
          </w:tcPr>
          <w:p w14:paraId="6A6BC43C" w14:textId="77777777" w:rsidR="00553630" w:rsidRDefault="00553630" w:rsidP="00A510CE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NUMBER OF GIRLS</w:t>
            </w:r>
          </w:p>
        </w:tc>
        <w:tc>
          <w:tcPr>
            <w:tcW w:w="1005" w:type="dxa"/>
            <w:tcBorders>
              <w:top w:val="single" w:sz="4" w:space="0" w:color="2C3E50"/>
              <w:left w:val="single" w:sz="4" w:space="0" w:color="2C3E50"/>
              <w:bottom w:val="single" w:sz="4" w:space="0" w:color="2C3E50"/>
              <w:right w:val="single" w:sz="4" w:space="0" w:color="2C3E50"/>
            </w:tcBorders>
            <w:shd w:val="clear" w:color="auto" w:fill="3F51B5"/>
            <w:vAlign w:val="center"/>
          </w:tcPr>
          <w:p w14:paraId="435411B5" w14:textId="77777777" w:rsidR="00553630" w:rsidRDefault="00553630" w:rsidP="00A510CE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NUMBER OF BOYS</w:t>
            </w:r>
          </w:p>
        </w:tc>
        <w:tc>
          <w:tcPr>
            <w:tcW w:w="1184" w:type="dxa"/>
            <w:tcBorders>
              <w:top w:val="single" w:sz="4" w:space="0" w:color="2C3E50"/>
              <w:left w:val="single" w:sz="4" w:space="0" w:color="2C3E50"/>
              <w:bottom w:val="single" w:sz="4" w:space="0" w:color="2C3E50"/>
              <w:right w:val="single" w:sz="4" w:space="0" w:color="2C3E50"/>
            </w:tcBorders>
            <w:shd w:val="clear" w:color="auto" w:fill="3F51B5"/>
            <w:vAlign w:val="center"/>
          </w:tcPr>
          <w:p w14:paraId="014D8801" w14:textId="77777777" w:rsidR="00553630" w:rsidRDefault="00553630" w:rsidP="00A510CE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NUMBER OF STUDENTS</w:t>
            </w:r>
          </w:p>
        </w:tc>
      </w:tr>
      <w:tr w:rsidR="00553630" w14:paraId="0DC0A21D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1EDBA5D5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1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1B1AA3C5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16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8096AA5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16</w:t>
            </w:r>
          </w:p>
        </w:tc>
        <w:tc>
          <w:tcPr>
            <w:tcW w:w="118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85CDC62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32</w:t>
            </w:r>
          </w:p>
        </w:tc>
      </w:tr>
      <w:tr w:rsidR="00553630" w14:paraId="7469AFA0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3217F1ED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2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786120D7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22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4135E1E6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23</w:t>
            </w:r>
          </w:p>
        </w:tc>
        <w:tc>
          <w:tcPr>
            <w:tcW w:w="118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5AF687C7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45</w:t>
            </w:r>
          </w:p>
        </w:tc>
      </w:tr>
      <w:tr w:rsidR="00553630" w14:paraId="510E3173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1583858A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3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22896312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23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BAA730C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20</w:t>
            </w:r>
          </w:p>
        </w:tc>
        <w:tc>
          <w:tcPr>
            <w:tcW w:w="118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41D24DE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43</w:t>
            </w:r>
          </w:p>
        </w:tc>
      </w:tr>
      <w:tr w:rsidR="00553630" w14:paraId="33D5A20E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288BD834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4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3B9EA220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14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4FBE8C80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27</w:t>
            </w:r>
          </w:p>
        </w:tc>
        <w:tc>
          <w:tcPr>
            <w:tcW w:w="118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77267548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41</w:t>
            </w:r>
          </w:p>
        </w:tc>
      </w:tr>
      <w:tr w:rsidR="00553630" w14:paraId="0EAA41E7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25B6D3E5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5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7D0DE3C9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39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18E88717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37</w:t>
            </w:r>
          </w:p>
        </w:tc>
        <w:tc>
          <w:tcPr>
            <w:tcW w:w="118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954E696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76</w:t>
            </w:r>
          </w:p>
        </w:tc>
      </w:tr>
      <w:tr w:rsidR="00553630" w14:paraId="7AB3C2FF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34AEF00B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6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299664C5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28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09A4B00A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54</w:t>
            </w:r>
          </w:p>
        </w:tc>
        <w:tc>
          <w:tcPr>
            <w:tcW w:w="118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00D09474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82</w:t>
            </w:r>
          </w:p>
        </w:tc>
      </w:tr>
      <w:tr w:rsidR="00553630" w14:paraId="26AB2ED1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5D4CB4F5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7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A23E0AC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38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1D6EE2F4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32</w:t>
            </w:r>
          </w:p>
        </w:tc>
        <w:tc>
          <w:tcPr>
            <w:tcW w:w="118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653EFE6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70</w:t>
            </w:r>
          </w:p>
        </w:tc>
      </w:tr>
      <w:tr w:rsidR="00553630" w14:paraId="7600818C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102FC286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8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09A4075D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35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74BB1FDF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35</w:t>
            </w:r>
          </w:p>
        </w:tc>
        <w:tc>
          <w:tcPr>
            <w:tcW w:w="118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4C20EB79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70</w:t>
            </w:r>
          </w:p>
        </w:tc>
      </w:tr>
      <w:tr w:rsidR="00553630" w14:paraId="29F41B06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C76CF00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9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14FF4AB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21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336A0B61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23</w:t>
            </w:r>
          </w:p>
        </w:tc>
        <w:tc>
          <w:tcPr>
            <w:tcW w:w="118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0981C23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44</w:t>
            </w:r>
          </w:p>
        </w:tc>
      </w:tr>
      <w:tr w:rsidR="00553630" w14:paraId="1F760D40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14BD88F4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10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7AB407A7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22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67968E46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19</w:t>
            </w:r>
          </w:p>
        </w:tc>
        <w:tc>
          <w:tcPr>
            <w:tcW w:w="118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57EEBD15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41</w:t>
            </w:r>
          </w:p>
        </w:tc>
      </w:tr>
      <w:tr w:rsidR="00553630" w14:paraId="46535CBF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EE71051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11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5EF2498B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7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FFC404D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7</w:t>
            </w:r>
          </w:p>
        </w:tc>
        <w:tc>
          <w:tcPr>
            <w:tcW w:w="118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157EE87C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14</w:t>
            </w:r>
          </w:p>
        </w:tc>
      </w:tr>
      <w:tr w:rsidR="00553630" w14:paraId="1CB36874" w14:textId="77777777" w:rsidTr="00553630">
        <w:trPr>
          <w:jc w:val="center"/>
        </w:trPr>
        <w:tc>
          <w:tcPr>
            <w:tcW w:w="82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0719DA71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12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280FC929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13</w:t>
            </w:r>
          </w:p>
        </w:tc>
        <w:tc>
          <w:tcPr>
            <w:tcW w:w="1005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00A4E88A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7</w:t>
            </w:r>
          </w:p>
        </w:tc>
        <w:tc>
          <w:tcPr>
            <w:tcW w:w="118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5F7FA"/>
            <w:vAlign w:val="center"/>
          </w:tcPr>
          <w:p w14:paraId="4292212C" w14:textId="77777777" w:rsidR="00553630" w:rsidRDefault="00553630">
            <w:pPr>
              <w:jc w:val="center"/>
            </w:pPr>
            <w:r>
              <w:rPr>
                <w:rFonts w:ascii="Arial" w:hAnsi="Arial"/>
                <w:color w:val="1E293B"/>
                <w:sz w:val="19"/>
              </w:rPr>
              <w:t>20</w:t>
            </w:r>
          </w:p>
        </w:tc>
      </w:tr>
    </w:tbl>
    <w:p w14:paraId="29BAE45D" w14:textId="77777777" w:rsidR="00A510CE" w:rsidRDefault="00A510CE"/>
    <w:sectPr w:rsidR="00000000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7386267">
    <w:abstractNumId w:val="8"/>
  </w:num>
  <w:num w:numId="2" w16cid:durableId="1312753273">
    <w:abstractNumId w:val="6"/>
  </w:num>
  <w:num w:numId="3" w16cid:durableId="2002005773">
    <w:abstractNumId w:val="5"/>
  </w:num>
  <w:num w:numId="4" w16cid:durableId="1967082068">
    <w:abstractNumId w:val="4"/>
  </w:num>
  <w:num w:numId="5" w16cid:durableId="1071778987">
    <w:abstractNumId w:val="7"/>
  </w:num>
  <w:num w:numId="6" w16cid:durableId="2072804408">
    <w:abstractNumId w:val="3"/>
  </w:num>
  <w:num w:numId="7" w16cid:durableId="689988901">
    <w:abstractNumId w:val="2"/>
  </w:num>
  <w:num w:numId="8" w16cid:durableId="247737234">
    <w:abstractNumId w:val="1"/>
  </w:num>
  <w:num w:numId="9" w16cid:durableId="1254514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B9F"/>
    <w:rsid w:val="00034616"/>
    <w:rsid w:val="0006063C"/>
    <w:rsid w:val="0015074B"/>
    <w:rsid w:val="0029639D"/>
    <w:rsid w:val="00326F90"/>
    <w:rsid w:val="00553630"/>
    <w:rsid w:val="006C6455"/>
    <w:rsid w:val="00990E0C"/>
    <w:rsid w:val="00A510CE"/>
    <w:rsid w:val="00AA1D8D"/>
    <w:rsid w:val="00B47730"/>
    <w:rsid w:val="00CB0664"/>
    <w:rsid w:val="00FC693F"/>
    <w:rsid w:val="00FE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32B22"/>
  <w14:defaultImageDpi w14:val="300"/>
  <w15:docId w15:val="{AFF35146-ED97-764A-B8F1-EA18CE94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Swagata Paul</cp:lastModifiedBy>
  <cp:revision>2</cp:revision>
  <dcterms:created xsi:type="dcterms:W3CDTF">2026-09-16T14:18:00Z</dcterms:created>
  <dcterms:modified xsi:type="dcterms:W3CDTF">2026-09-16T14:18:00Z</dcterms:modified>
  <cp:category/>
</cp:coreProperties>
</file>